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המרחב הכפרי ותמורותיו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מרפת לצימר, מחדר אוכל לבית קפה – הכפר משנה את פניו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חווה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אחד של משפחה בתוך השדות שלה.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חוות בקר גדולה במישורים רחבים.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מושבה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כפר ותיק שבו לכל משפחה אדמה משלה.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מושבה ותיקה שהפכה לעיר.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קיבוץ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שבו כולם חולקים הרבה דברים.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חדר אוכל משותף ולינה משותפת בעבר.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מושב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לכל משפחה משק, ועוזרים זה לזה.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עם חממות שמוכרת יחד עם השכנים.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כפר ערבי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כפר ותיק שבו משפחות גדולות בונות בתים יחד.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גרעין עתיק עם סמטאות ובתים חדשים סביבו.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קהילתי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כפר קטן שאנשיו עובדים בעיר.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בגליל שתושביו נוסעים לעבוד בחיפה.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מצפה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קטן על ראש הר.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עשרות משפחות על גבעה בגליל.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תמורות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שינויים גדולים שקורים עם הזמן.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רפת ישנה שהפכה לצימר.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הרבה סוגים של כפר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בעולם יש כפרים וחוות. בכפר הבתים קרובים זה לזה. בחווה יש בית אחד בתוך השדות. בישראל יש כמה סוגים מיוחדים של כפרים.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בקיבוץ חלקו פעם הכול ואכלו יחד בחדר האוכל. במושב לכל משפחה משק, אבל עוזרים זה לזה. בכפר ערבי משפחות גדולות גרות ליד הגרעין העתיק. ביישוב קהילתי רוב האנשים עובדים בעיר.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הכפר משתנה. מכונות עושות היום הרבה מהעבודה בשדה. לכן אנשים עובדים גם בתעשייה ובתיירות. במקום לול יכול לקום צימר או בית קפה.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חווה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בית אחד של משפחה בתוך השדות שלה.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מושבה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כפר ותיק שבו משפחות גדולות בונות בתים יחד.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קיבוץ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יישוב שבו כולם חולקים הרבה דברים.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מושב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כפר ותיק שבו לכל משפחה אדמה משלה.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כפר ערבי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לכל משפחה משק, ועוזרים זה לזה.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תמורות   ·   יישוב קהילתי   ·   מצפה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רפת ישנה שהפכה לצימר.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כמה עשרות משפחות על גבעה בגליל.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יישוב בגליל שתושביו נוסעים לעבוד בחיפה.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זו חווה?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עיר גדולה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בית אחד של משפחה בתוך השדות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בניין גבוה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נמל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איפה אכלו פעם כולם יחד בחדר האוכל?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בקיבוץ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בחווה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בנמל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מיוחד במושב?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אין בו משפחות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כולם גרים בבית אחד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לכל משפחה משק, ועוזרים זה לזה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הוא על הירח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איפה רוב האנשים עובדים בעיר ולא בחקלאות?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בחווה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ברפת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בשדה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ביישוב קהילתי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למה צריך היום פחות אנשים לעבודה בשדה?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אין שדות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מכונות עושות הרבה מהעבודה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אין 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כולם ישנים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בחווה הבתים צמודים זה לזה.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במושב לכל משפחה יש משק משלה.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היום יש בכפרים גם צימרים ובתי קפה.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ביישוב קהילתי כולם חקלאים.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באיזה סוג של יישוב כפרי הייתם רוצים לגור? למה?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רוצה לגור ב...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שינוי אחד שקרה בכפר.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פעם... היום...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המרחב הכפרי ותמורותיו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 ההבדל בין כפר לחווה?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כתבו שני סוגים של יישובים כפריים בישראל.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תנו דוגמה לשינוי בכפר.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המרחב הכפרי ותמורותיו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