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גורמי מיקום יישובים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גורמי מיקום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מקור מים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תבליט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צומת דרכים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גורם היסטורי-דתי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פארק תעשייה ליד העיר.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מקורות תעסוקה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גבעה ריקה שעליה תיבנה שכונה חדשה.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עתודות קרקע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עיר שהוקמה כמרכז לאזור מרוחק.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גורם מנהלי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חיפשו משפחות קודם כול כשבנו יישוב?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בלי מים אי אפשר לחיות.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למה גבעה הייתה מקום טוב ליישוב?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ממנה רואים רחוק והיא מוגנת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מהגבעה רואים מי מתקרב.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אפשר לעשות ביישוב ליד הים?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לדוג ולסחור באוניות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הים מאפשר דיג ומסחר.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לפי מה בוחרים אנשים מקום מגורים היום?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לפי עבודה, שירותים ומחיר דירה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היום מים מגיעים בצינורות, ולכן חשובים דברים אחרים.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קרה ליד דרכים גדולות בעבר?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נפגשו סוחרים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ליד דרכים עברו סוחרים ונוסעים.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יישובים רבים קמו ליד מקורות מים.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מים הם צורך בסיסי.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היום כל האנשים חייבים לגור ליד מעיין.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היום מים מגיעים בצינורות לכל בית.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מחיר הדירה משפיע על הבחירה איפה לגור.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אנשים בודקים כמה הם יכולים לשלם.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ממקום נמוך בעמק רואים הכי רחוק.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מגבעה או מהר רואים הכי רחוק.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אילו הייתם בונים יישוב לפני אלפי שנים, איפה הייתם בונים אותו? למה?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הייתי בונה ליד נהר על גבעה קטנה, כי יש מים ואפשר לראות למרחוק.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חשוב לכם במקום שבו אתם גרים היום?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חשוב לי שיהיה פארק ובית ספר קרוב, כי אני אוהבת לשחק ולא רוצה לנסוע רחוק.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גורם מיקום אחד מהעבר. · כתבו גורם אחד שחשוב היום. · למה גבעה הייתה טובה ליישוב?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גורמי מיקום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מקור מים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תבליט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צומת דרכים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גורם היסטורי-דתי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גורם מנהלי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פארק תעשייה ליד העיר.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מקורות תעסוקה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גבעה ריקה שעליה תיבנה שכונה חדשה.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עתודות קרקע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עיר שהוקמה כמרכז לאזור מרוחק.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גורם מנהלי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ירושלים, שאליה עלו לרגל במשך דורות.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גורם היסטורי-דתי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היה היתרון של יישוב על ראש גבעה?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הגנה ותצפית למרחוק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גבעה מגינה מפני אויבים ושיטפונות ומאפשרת תצפית.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עיר שקמה סביב מקום קדוש – איזה גורם מיקום זה?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גורם היסטורי-דתי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קדוש מושך עולי רגל ומתיישבים.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מהן עתודות קרקע?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שטחים פנויים שאפשר לבנות עליהם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בלי שטח פנוי היישוב אינו יכול לגדול.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איזה גורם חשוב במיוחד בבחירת מקום מגורים היום?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מקורות תעסוקה ומחיר הדיור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 מגיעים בצינורות, ולכן חשובים עבודה ודיור.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מלמד המשפט ״הגורם שבגללו קם היישוב אינו תמיד הגורם שבזכותו הוא צומח היום״?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שגורמי המיקום משתנים עם הזמן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שקמה ליד מעיין יכולה לצמוח היום בזכות הייטק.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יישובים ליד צומת דרכים הפכו לעיתים למרכזי מסחר.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סוחרים ונוסעים עברו בהם ונפגשו.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גורם פוליטי-מנהלי פירושו שיישוב קם רק בגלל מים.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גורם מנהלי פירושו החלטה של שלטון להקים או לפתח יישוב.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לעיתים קרובות כמה גורמי מיקום פעלו יחד.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יישוב טוב נהנה מכמה יתרונות בבת אחת.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איכות הסביבה אינה משפיעה על בחירת מקום מגורים היום.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איכות הסביבה היא אחד הגורמים החשובים היום.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בחרו עיר בישראל שאתם מכירים וציינו שני גורמי מיקום שבגללם קמה.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טבריה: קרבה לכנרת – מקור מים ודיג, ומעיינות חמים. בהמשך גם גורם היסטורי-דתי.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השוו בין גורם מיקום אחד מהעבר לגורם אחד מהיום. למה השתנה?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בעבר בנו ליד מעיין; היום בוחרים ליד מקום עבודה. זה השתנה כי מים מגיעים בצינורות, ותחבורה מאפשרת לנסוע.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שאלות הגאוגרף: איפה נמצא היישוב שלכם, למה דווקא שם, ומה מושך אליו אנשים היום?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היישוב נמצא במישור החוף ליד כביש ראשי. הוא קם בזכות אדמה חקלאית ומים, והיום מושכים אליו קרבה למקומות עבודה, בתי ספר טובים ומחירי דיור נמוכים יחסית.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שלושה גורמי מיקום מהעבר. · תנו דוגמה לגורם מנהלי. · מה מושך אנשים ליישוב היום?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גורמי מיקום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מקור מים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תבליט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צומת דרכים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גורם היסטורי-דתי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גורם מנהלי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עתודות קרקע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מקורות תעסוקה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פארק תעשייה ליד העיר.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מקורות תעסוקה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גבעה ריקה שעליה תיבנה שכונה חדשה.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עתודות קרקע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עיר שהוקמה כמרכז לאזור מרוחק.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גורם מנהלי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ירושלים, שאליה עלו לרגל במשך דורות.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גורם היסטורי-דתי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ההבדל בין ״אתר״ ל״מצב״?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אתר הוא תכונות המקום עצמו; מצב הוא מיקומו ביחס לסביבה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אתר = מים, תבליט, קרקע; מצב = דרכים, נמלים ומרכזים.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שחרר את האדם מן הצורך לגור ליד מעיין?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מוביל מים, התפלה וכבישים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טכנולוגיה מביאה מים לכל מקום.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מדוע עתודות קרקע הן ״משאב קריטי״?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כי בלעדיהן יישוב מבוקש מתקשה לגדול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ביקוש בלי שטח לבנייה מוביל לעצירת הגידול ולהתייקרות.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איזה גורם מיקום אינו חלק מגורמי הצמיחה של באר שבע היום לפי הקטע?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הגנה על ראש גבעה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ההגנה הייתה שיקול של העבר.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מסביר את המשך משיכתם של מקומות קדושים גם כשיתרונותיהם הפיזיים מוגבלים?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גורם היסטורי-דתי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קדושה והיסטוריה מושכות מבקרים ומתיישבים לאורך דורות.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יישובים מצליחים נהנו לרוב משילוב של אתר טוב ומצב טוב.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מים ותבליט לצד קרבה לדרכים ולנמלים.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במאה העשרים ואחת גורמי האתר המסורתיים חשובים יותר מאי פעם.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חשיבותם פחתה בזכות טכנולוגיה ותחבורה.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באר שבע פותחה מחדש בתחילת המאה העשרים בהחלטה שלטונית.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כמרכז מנהלי לנגב.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ירושלים העתיקה קמה במישור ליד הים.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היא קמה על רכס בהרים, ליד מעיין הגיחון.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נתחו יישוב ותיק לבחירתכם: מה היו גורמי האתר וגורמי המצב בעבר, ומהם גורמי הצמיחה שלו היום?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יפו: אתר – גבעת כורכר ליד חוף; מצב – נמל טבעי ודרכי מסחר לפנים הארץ. היום – תיירות, תרבות, מסעדות וקרבה למטרופולין תל אביב.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״הטכנולוגיה הפכה את גורמי המיקום הפיזיים ללא רלוונטיים.״ האם אתם מסכימים? כתבו טיעון מנומק.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אני מסכימה חלקית: מים מגיעים בצינור ואפשר לעבוד מרחוק. עם זאת, אקלים, סכנת שיטפונות, נוף ועתודות קרקע עדיין משפיעים, ולכן גורמים פיזיים לא נעלמו.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יישוב שקם בגלל גורם היסטורי-דתי לבין יישוב שקם בגלל גורם מנהלי: מה מניע את צמיחתם לאורך זמן?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היסטורי-דתי: צמיחה מתמשכת בזכות עולי רגל ותיירות, אך לעיתים מוגבלת בכלכלה. מנהלי: צמיחה מהירה בזכות השקעה ממשלתית ושירותים, אך תלויה בהמשך ההשקעה ובמשיכת תעסוקה.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חקרו את היישוב שלכם כ״גאוגרפים״: איתרו אותו במפה, מצאו מתי ולמה הוקם (אתר ומצב), ובדקו מה מושך אליו תושבים היום (שירותים, תעסוקה, דיור, סביבה, עתודות קרקע). הציגו בטבלת ״אז והיום״ והסיקו אם גורמי המיקום השתנו.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דוגמה: אז – מושב על אדמה פורייה ליד מעיין ודרך ראשית. היום – קרבה לכביש מהיר ולמרכזי תעסוקה, בתי ספר טובים ושכונות חדשות על עתודות קרקע. מסקנה: גורמי האתר הוחלפו בגורמי מצב ושירותים.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הבחינו בין אתר למצב בדוגמה. · מדוע חשיבות גורמי האתר פחתה? · מה מדגים מקרה באר שבע?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באר שבע פותחה בתחילת המאה ה-20 כמרכז מנהלי לנגב עם בניין ממשל, תחנת רכבת ומסגד ורשת רחובות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ירושלים העתיקה קמה ליד מעיין הגיחון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בתל מגידו כ-20 שכבות של יישובים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יפו – מנמלי הים העתיקים בעולם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צפת מהערים הגבוהות בישראל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יריחו – מהערים העתיקות בעולם שהתקיימו ברציפות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המוביל הארצי נחנך בשנות השישים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גורמי מיקום יישובים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