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2e9d5b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5: יישובים כפריים ועירוניים · חוברת קטנה</w:t>
      </w:r>
    </w:p>
    <w:p>
      <w:pPr>
        <w:pStyle w:val="Title"/>
        <w:bidi w:val="1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גורמי מיקום יישובים</w:t>
      </w:r>
    </w:p>
    <w:p>
      <w:pPr>
        <w:bidi w:val="1"/>
        <w:spacing w:after="8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🌱 בסיסי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ty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8"/>
          <w:rtl w:val="1"/>
          <w:bCs/>
          <w:szCs w:val="28"/>
        </w:rPr>
        <w:t>מעיין, גבעה או צומת דרכים – למה היישוב שלכם קם דווקא שם?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גורמי מיקום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הסיבות שבגללן בונים יישוב במקום מסוים.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מעיין, גבעה מוגנת וצומת דרכים.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מקור מים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מקום שיש בו מים לשתות ולהשקות.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עיר שקמה ליד מעיין.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תבליט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איך השטח נראה: הר, גבעה או עמק.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יישוב על ראש גבעה מוגנת.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צומת דרכים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מקום שבו נפגשים כמה כבישים.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עיר שקמה במפגש של דרכי מסחר.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גורם היסטורי-דתי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מקום קדוש שאנשים רצו לגור לידו.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ירושלים, שאליה עלו לרגל במשך דורות.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גורם מנהלי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השלטון החליט לבנות יישוב.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עיר שהוקמה כמרכז לאזור מרוחק.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עתודות קרקע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שטח פנוי שאפשר לבנות עליו.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גבעה ריקה שעליה תיבנה שכונה חדשה.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מקורות תעסוקה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מקומות עבודה קרובים.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פארק תעשייה ליד העיר.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6"/>
          <w:rtl w:val="1"/>
          <w:bCs/>
          <w:szCs w:val="26"/>
        </w:rPr>
        <w:t>איפה כדאי לבנות בית?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פעם, משפחות חיפשו מקום לגור בו. הן חיפשו קודם כול מים. בלי מים אי אפשר לשתות ולגדל צמחים. לכן יישובים רבים קמו ליד מעיין או נהר.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גבעה הייתה מקום טוב. ממנה רואים רחוק, והיא מוגנת. ליד הים אפשר לדוג ולסחור באוניות. ליד דרך גדולה נפגשו סוחרים.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היום יש צינורות מים וכבישים. אנשים בוחרים לגור ליד עבודה, בתי ספר ופארקים. הם בודקים גם כמה עולה דירה. כך היישובים ממשיכים לגדול.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גורמי מיקום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מקום קדוש שאנשים רצו לגור לידו.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מקור מים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מקום שיש בו מים לשתות ולהשקות.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תבליט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הסיבות שבגללן בונים יישוב במקום מסוים.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צומת דרכים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איך השטח נראה: הר, גבעה או עמק.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גורם היסטורי-דתי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מקום שבו נפגשים כמה כבישים.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F9D55"/>
          <w:sz w:val="23"/>
          <w:rtl w:val="1"/>
          <w:bCs/>
          <w:szCs w:val="23"/>
        </w:rPr>
        <w:t>מחסן מילים: גורם מנהלי   ·   מקורות תעסוקה   ·   עתודות קרקע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פארק תעשייה ליד העיר.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גבעה ריקה שעליה תיבנה שכונה חדשה.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עיר שהוקמה כמרכז לאזור מרוחק. – זו דוגמה ל־______________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 חיפשו משפחות קודם כול כשבנו יישוב?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קניון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מים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תחנת רכבת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אצטדיון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למה גבעה הייתה מקום טוב ליישוב?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ממנה רואים רחוק והיא מוגנת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יש עליה 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יש בה רכבת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היא תמיד קרה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מה אפשר לעשות ביישוב ליד הים?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לגדל אורז בשלג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לטפס על הרים גבוהים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לדוג ולסחור באוניות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לרכוב על גמלים במדבר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לפי מה בוחרים אנשים מקום מגורים היום?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רק לפי מעיין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רק לפי גבעה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לפי צבע השמיים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לפי עבודה, שירותים ומחיר דירה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מה קרה ליד דרכים גדולות בעבר?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נפגשו סוחרים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לא עבר אף אחד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גדלו יערות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נבנו רק בתי כנסת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יישובים רבים קמו ליד מקורות מים.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היום כל האנשים חייבים לגור ליד מעיין.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מחיר הדירה משפיע על הבחירה איפה לגור.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ממקום נמוך בעמק רואים הכי רחוק.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אילו הייתם בונים יישוב לפני אלפי שנים, איפה הייתם בונים אותו? למה?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הייתי בונה ליד... כי...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מה חשוב לכם במקום שבו אתם גרים היום?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חשוב לי ש... כי...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6"/>
          <w:rtl w:val="1"/>
          <w:bCs/>
          <w:szCs w:val="26"/>
        </w:rPr>
        <w:t>🎫 כרטיס יציאה – גורמי מיקום יישובים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כתבו גורם מיקום אחד מהעבר.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כתבו גורם אחד שחשוב היום.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למה גבעה הייתה טובה ליישוב?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גורמי מיקום יישובים – חוברת תלמיד – בסיסי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