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כפר ועיר: יישובים מגוונים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יישוב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יישוב כפרי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יישוב עירוני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תבחין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תעסוקה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בית חולים, קניון וספרייה.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שירותים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היום יותר ממחצית העולם גר בערים.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קצב מהיר בעיר, קהילה קרובה בכפר.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אורח חיים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יש בדרך כלל סביב הבתים בכפר?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שדות ומטעים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בכפר עבדו בעבר בעיקר בחקלאות.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איפה יש בניינים גבוהים ותנועה רבה?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בעיר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בעיר הבנייה צפופה וגבוהה.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איפה כולם מכירים את כולם?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בכפר קטן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בכפר יש מעט תושבים והקהילה קרובה.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זה עיור?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יותר אנשים גרים בערים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בעיור חלק גדל מהאנשים עובר לגור בעיר.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היכן קל למצוא בית חולים גדול?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בעיר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בעיר יש הרבה שירותים.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היום רוב האנשים בעולם גרים בערים.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יותר ממחצית האנשים בעולם גרים בערים.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בכפר יש בדרך כלל בניינים גבוהים מאוד.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בכפר הבתים נמוכים ויש הרבה שטח פתוח.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יישובים יכולים להשתנות עם הזמן.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כפר יכול לגדול ושכונה יכולה להתחדש.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בעיר גרים מעט מאוד אנשים.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בעיר גרים הרבה אנשים.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אתם גרים בכפר או בעיר? כתבו שני סימנים לכך.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אני גרה בעיר כי יש בניינים גבוהים והרבה חנויות.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הייתם אוהבים בחיים בכפר, ומה בעיר?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בכפר הייתי אוהבת את השקט ואת בעלי החיים. בעיר הייתי אוהבת את הקניון ואת הספרייה הגדולה.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דבר אחד שיש בכפר. · כתבו דבר אחד שיש בעיר. · מה זה עיור?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יישוב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יישוב כפרי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יישוב עירוני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תבחין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תעסוקה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אורח חיים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בית חולים, קניון וספרייה.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שירותים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היום יותר ממחצית העולם גר בערים.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קצב מהיר בעיר, קהילה קרובה בכפר.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אורח חיים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חקלאי, עובד מפעל, מורה או מוכרת.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תעסוקה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איזה מהבאים אינו תבחין להבחנה בין כפר לעיר?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צבע הגגות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צבע הגגות אינו מבדיל בין כפר לעיר.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במה עובדים רוב תושבי העיר?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בתעשייה, במסחר ובשירותים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העיר מרכזת מפעלים, חנויות ומשרדים.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כפר שרוב תושביו נוסעים לעבוד בעיר הקרובה – מה זה מלמד?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שיישובים משתנים עם הזמן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התעסוקה בכפר השתנתה, גם אם הנוף נשאר כפרי.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מתי רוב בני האדם גרו בכפרים?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לפני כמאתיים שנה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העיור הגדול התרחש בעיקר במאתיים השנים האחרונות.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איזה תיאור מתאים ליישוב עירוני?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בנייה צפופה וגבוהה ושירותים מגוונים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אלה מאפייני העיר.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גאוגרפים מבחינים בין כפר לעיר רק לפי מספר התושבים.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הם בודקים כמה תבחינים: גודל, תעסוקה, בנייה וצפיפות ואורח חיים.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מפעל ישן יכול להפוך למרכז קניות.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זו דוגמה לשינוי בשימושי הקרקע ביישוב.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בעיר אורח החיים איטי יותר מבכפר.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בעיר אורח החיים בדרך כלל מהיר יותר.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מספר הערים הגדולות בעולם ממשיך לגדול.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תהליך העיור נמשך.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השוו בין כפר לעיר לפי שלושה תבחינים לבחירתכם.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גודל: בכפר מעט תושבים, בעיר רבים. תעסוקה: בכפר בעבר חקלאות, בעיר תעשייה ושירותים. בנייה: בכפר נמוכה ופזורה, בעיר צפופה וגבוהה.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תארו שינוי אחד שראיתם ביישוב שלכם בשנים האחרונות. מה גרם לו לדעתכם?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בשכונה נבנו מגדלי מגורים במקום בתים ישנים. לדעתי זה קרה כי יותר אנשים רוצים לגור בעיר ואין מספיק שטח.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מדוע לדעתכם יותר ויותר אנשים בעולם עוברים לגור בערים?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בערים יש יותר מקומות עבודה, שירותי חינוך ובריאות, ומגוון של בילוי ותרבות, ולכן הן מושכות אנשים מהכפרים.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ארבעה תבחינים להבחנה בין כפר לעיר. · תנו דוגמה לשינוי ביישוב. · מהו עיור?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יישוב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יישוב כפרי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יישוב עירוני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תבחין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תעסוקה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אורח חיים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עיור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שירותים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בית חולים, קניון וספרייה.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שירותים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היום יותר ממחצית העולם גר בערים.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קצב מהיר בעיר, קהילה קרובה בכפר.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אורח חיים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חקלאי, עובד מפעל, מורה או מוכרת.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תעסוקה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מדוע מספר התושבים לבדו אינו תבחין מספיק?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כי כל מדינה קובעת סף אחר להגדרת עיר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ההגדרה הכמותית שונה ממדינה למדינה.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פירוש ״הקו בין כפר לעיר מיטשטש״?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מאפיינים עירוניים וכפריים מתערבבים, כמו כפרים שתושביהם עובדים בעיר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התעסוקה והנוף כבר אינם מחולקים בחדות.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היכן קצב העיור מהיר במיוחד כיום?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באפריקה ובחלקים מאסיה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 עדיין חלק גדול מהאוכלוסייה כפרי והערים גדלות מהר.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איזה מאפיין של אורח החיים העירוני מוזכר בקטע?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אנונימיות, מגוון וקצב מהיר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בעיר הרבה אנשים, ולכן הקשרים פחות אישיים והקצב מהיר.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מייחד את צורות היישוב הכפריות בישראל?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קיבוצים ומושבים שהתפתחו מרעיון של התיישבות חקלאית ושיתופית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קיבוצים ומושבים הם צורות יישוב ייחודיות.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בסביבות שנת 2007 עבר העולם את הנקודה שבה רוב האוכלוסייה עירונית.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זו נקודת מפנה בהיסטוריה האנושית.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ברוב היישובים הכפריים בישראל רוב התושבים עדיין חקלאים.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ברבים מהם רק מיעוט קטן חקלאים, ורובם עובדים בעיר.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במדינות מפותחות העיור מהיר יותר מאשר באפריקה.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במדינות מפותחות רוב התושבים כבר עירוניים והגידול איטי.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חוות גגות בערים הן דוגמה לטשטוש הקו בין כפר לעיר.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פעילות חקלאית מופיעה בתוך העיר.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 את היישוב שלכם לפי ארבעת התבחינים, והכריעו: כפרי, עירוני או ״באמצע״? נמקו.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גודל: כ-15,000 תושבים. תעסוקה: רוב התושבים עובדים בשירותים בעיר הסמוכה. בנייה: בתים צמודי קרקע ושכונה חדשה של בניינים. אורח חיים: קהילה קרובה אך שירותים רבים בעיר. הכרעה: ״באמצע״ – יישוב פרברי.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האם העיור הוא תהליך חיובי? כתבו טיעון עם שני צדדים והכריעו.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מצד אחד, העיר מציעה עבודה, חינוך ובריאות. מצד שני, צפיפות, זיהום ושכונות עוני כשהעיר גדלה מהר מדי. לדעתי הוא חיובי כשיש תכנון ותשתיות.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עיור במדינה מפותחת לעיור במדינה באפריקה: קצב, מצב נוכחי ואתגרים.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מפותחת: רוב התושבים כבר עירוניים, קצב איטי, אתגר – התחדשות עירונית. באפריקה: רוב עדיין כפרי, קצב מהיר, אתגר – דיור, מים ותשתיות לכל המצטרפים.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חקרו את ההיסטוריה של היישוב שלכם: מתי הוקם, כמה תושבים היו בו אז וכמה היום, ובמה עבדו התושבים אז והיום. הציגו בציר זמן עם שלוש נקודות, והסבירו אילו שינויים בכלכלה ובתחבורה השפיעו עליו.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הוקם כמושב חקלאי עם כמה מאות תושבים; היום אלפי תושבים, רובם עובדים בהייטק ובשירותים בעיר. השפעות: כביש מהיר ורכבת קיצרו את הנסיעה לעיר, והחקלאות הפכה מכנית ודורשת פחות ידיים.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מדוע תבחין אחד אינו מספיק לסיווג יישוב? · תנו דוגמה לטשטוש הקו בין כפר לעיר. · מה קרה בעולם בסביבות 2007?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לפני כמאתיים שנה רוב גדול של בני האדם חי בכפרים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בסביבות 2007 עבר העולם את המחצית העירונית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מ-90% מתושבי ישראל גרים ביישובים עירוניים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בירושלים יותר מ-900 אלף תושבים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באפריקה רוב התושבים עדיין כפריים (נתונים אחרונים)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בישראל יישוב עירוני מוגדר בדרך כלל מכ-2,000 תושבים; עיר מכ-20,000 (בדקו את ההגדרה המדויקת)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ביפן הסף לעירוני כ-50,000; בדנמרק כ-200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דגניה הוקמה בערך ב-1910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מ-500 ערים בעולם עם מיליון תושבים ויותר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פרה בישראל נותנת בממוצע יותר חלב מרוב העולם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כפר ועיר: יישובים מגוונים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